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גלגלו ולמדו – לוח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פאות הקובייה ואת הכמויות שהן מייצגות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הלוח ואת שלוש רמות הקושי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ספירה והתאמה בין סימן הקובייה למספר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פאות הקובייה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אין הגבלה על מספר הגלגולים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בקובייה יש שש פאות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רמת אתגר היא הקשה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בנוי הלוח - שורה לכל מספר, עמודה לכל 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כפתור גרסה להדפסה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סימן למספר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(6)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באיזו רמה רוצים לשחק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על כפתור גלגלו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המספר שיצא בקובייה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מוצאים את השורה המתאימה למספר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מבצעים את המשימה ברמה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שכל תלמיד יוכל לבחור משימה המתאימה לרמתו, וכדי לאפשר התקדמות הדרגתית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 הופך את הלמידה למשחקית, מכניס אלמנט של הפתעה ומזומן, ומונע בחירה חוזרת של אותה 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פאות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בסיס, מתקדם, 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המספר שיצא בקובייה מחפשים את השורה המתאימה בטבלה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קובייה אמיתית לכיתה ולתרגל זיהוי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את מושג הרמות לפני תחילת התרגול כדי שהתלמידים יבינו את ההיגיון של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לזוגות: אחד מגלגל והשני מאתר את המשימה בלוח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גלגלו ולמדו – לוח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כאן קובייה. זורקים אותה. המספר שיוצא מראה איזו משימה לעשות. יש שלוש רמות: קל, בינוני, קשה.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קובייה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עם שש פאות ומספרים מנוקדים מ-1 עד 6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צד אחד של הקובייה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גלגול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זריקת הקובייה כדי לקבל 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רמת בסיס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הכי קלה בלוח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רמת מתקדם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ברמת קושי בינונית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רמת אתגר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הכי קשה בלוח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עם משימות לפי מספר הקובייה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פאות הקובייה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צדדים יש לקובייה?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נקודות יש בסימן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נקודות יש בסימן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המספר הגבוה ביותר על הקובייה?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רמה הכי קלה?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עמודות רמה יש בטבלה?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לגלגל את הקובייה כמה פעמים שרוצים.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בקובייה יש רק שלוש פאות.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אתגר היא הרמה הקלה ביותר.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מספר על הקובייה מתאימה משימה בכל אחת משלוש הרמות.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להדפיס את הלוח.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לדעת איזו משימה לבצע, צריך קודם ל__________ את הקובייה.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הסימן ⚂ מייצג את המספר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הרמה הקשה ביותר בלוח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הרמה הקלה ביותר בלוח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הקובייה הרגילה מכילה מספרים מ-1 עד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סימן למספר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⚀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6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⚂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⚃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3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⚄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⚅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1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כפתור גלגלו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את השורה המתאימה למספר בלוח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מבצעים את המשימה ברמה שנבחרה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המספר שיצא בקובייה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באיזו רמה רוצים לשחק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יש שלוש רמות קושי בלוח ולא רק אחת?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היתרון בשימוש בקובייה כדי לבחור משימה, במקום לבחור משימה בעצמכם?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פאות יש לקובייה?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רמות הקושי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יודעים איזו משימה לבצע אחרי הגלגול?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גלגלו ולמדו – לוח למידה עם קוביות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