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גלגלו ולמדו – לוח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פאות הקובייה ואת הכמויות שהן מייצגות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הלוח ואת שלוש רמות הקושי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ספירה והתאמה בין סימן הקובייה למספר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פאות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אין הגבלה על מספר הגלגולים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בקובייה יש שש פאות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סימן למספר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(4)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באיזו רמה רוצים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כפתור גלגלו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המספר שיצא בקובייה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מוצאים את השורה המתאימה למספר בלוח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תלמיד יוכל לבחור משימה המתאימה לרמתו, וכדי לאפשר התקדמות הדרגתית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פאות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בסיס, מתקדם, 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המספר שיצא בקובייה מחפשים את השורה המתאימה בטבלה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קובייה אמיתית לכיתה ולתרגל זיהוי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את מושג הרמות לפני תחילת התרגול כדי שהתלמידים יבינו את ההיגיון של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לזוגות: אחד מגלגל והשני מאתר את המשימה בלוח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גלגלו ולמדו – לוח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יש לוח משחק עם קובייה. מגלגלים את הקובייה, ולפי המספר שיוצא בוחרים משימה מתאימה ברמה בסיס, מתקדם או אתגר.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גלגל  ·  אתגר  ·  3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פאות הקובייה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פאות יש לקובייה רגילה?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הסימן ⚄ מייצג את המספר: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הסימן ⚀ מייצג את המספר: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לגלגל את הקובייה כמה פעמים שרוצים.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בקובייה יש רק שלוש פאות.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לדעת איזו משימה לבצע, צריך קודם ל__________ את הקובייה.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הסימן ⚂ מייצג את המספר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הרמה הקשה ביותר בלוח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סימן למספר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⚀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⚂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⚃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2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כפתור גלגלו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המספר שיצא בקובייה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מוצאים את השורה המתאימה למספר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באיזו רמה רוצים לשחק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לדעתכם יש שלוש רמות קושי בלוח ולא רק אחת?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פאות יש לקובייה?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שלוש רמות הקושי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גלגלו ולמדו – לוח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